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E7764" w14:textId="77777777" w:rsidR="0047555D" w:rsidRDefault="00A82017">
      <w:pPr>
        <w:spacing w:after="20"/>
        <w:jc w:val="center"/>
      </w:pPr>
      <w:r>
        <w:rPr>
          <w:b/>
          <w:color w:val="0070C0"/>
          <w:sz w:val="28"/>
        </w:rPr>
        <w:t>HOJA DE IDENTIFICACIÓN</w:t>
      </w:r>
    </w:p>
    <w:p w14:paraId="3166EB7B" w14:textId="5CA94C7B" w:rsidR="0047555D" w:rsidRDefault="00A82017">
      <w:pPr>
        <w:spacing w:after="60"/>
        <w:jc w:val="center"/>
      </w:pPr>
      <w:r>
        <w:rPr>
          <w:i/>
          <w:sz w:val="15"/>
        </w:rPr>
        <w:t>Esta hoja se entrega por separado del manuscrito anonimizado.</w:t>
      </w:r>
      <w:r w:rsidR="00E54845">
        <w:rPr>
          <w:i/>
          <w:sz w:val="15"/>
        </w:rPr>
        <w:t xml:space="preserve"> Sustituya con la información correspondiente en donde se marca con amarillo y marque una opción donde se le solicita.</w:t>
      </w:r>
    </w:p>
    <w:p w14:paraId="54649158" w14:textId="77777777" w:rsidR="0047555D" w:rsidRDefault="00A82017">
      <w:pPr>
        <w:spacing w:after="0"/>
        <w:jc w:val="center"/>
      </w:pPr>
      <w:r>
        <w:rPr>
          <w:b/>
          <w:sz w:val="24"/>
        </w:rPr>
        <w:t>[</w:t>
      </w:r>
      <w:r w:rsidRPr="00E54845">
        <w:rPr>
          <w:b/>
          <w:sz w:val="24"/>
          <w:highlight w:val="yellow"/>
        </w:rPr>
        <w:t>Título</w:t>
      </w:r>
      <w:r>
        <w:rPr>
          <w:b/>
          <w:sz w:val="24"/>
        </w:rPr>
        <w:t>]</w:t>
      </w:r>
    </w:p>
    <w:p w14:paraId="3128B7A2" w14:textId="77777777" w:rsidR="0047555D" w:rsidRDefault="00A82017">
      <w:pPr>
        <w:spacing w:after="60"/>
        <w:jc w:val="center"/>
      </w:pPr>
      <w:r w:rsidRPr="00E54845">
        <w:rPr>
          <w:i/>
          <w:sz w:val="24"/>
          <w:highlight w:val="yellow"/>
        </w:rPr>
        <w:t>[</w:t>
      </w:r>
      <w:proofErr w:type="spellStart"/>
      <w:r w:rsidRPr="00E54845">
        <w:rPr>
          <w:i/>
          <w:sz w:val="24"/>
          <w:highlight w:val="yellow"/>
        </w:rPr>
        <w:t>Title</w:t>
      </w:r>
      <w:proofErr w:type="spellEnd"/>
      <w:r w:rsidRPr="00E54845">
        <w:rPr>
          <w:i/>
          <w:sz w:val="24"/>
          <w:highlight w:val="yellow"/>
        </w:rPr>
        <w:t xml:space="preserve"> in English]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8"/>
        <w:gridCol w:w="12624"/>
      </w:tblGrid>
      <w:tr w:rsidR="0047555D" w14:paraId="1FAEF7E1" w14:textId="77777777" w:rsidTr="00EA22A2">
        <w:trPr>
          <w:jc w:val="center"/>
        </w:trPr>
        <w:tc>
          <w:tcPr>
            <w:tcW w:w="1848" w:type="dxa"/>
            <w:shd w:val="clear" w:color="auto" w:fill="D9EAF7"/>
            <w:tcMar>
              <w:top w:w="28" w:type="dxa"/>
              <w:left w:w="38" w:type="dxa"/>
              <w:bottom w:w="28" w:type="dxa"/>
              <w:right w:w="38" w:type="dxa"/>
            </w:tcMar>
          </w:tcPr>
          <w:p w14:paraId="02199374" w14:textId="77777777" w:rsidR="0047555D" w:rsidRPr="00EA22A2" w:rsidRDefault="00A82017" w:rsidP="00EA22A2">
            <w:pPr>
              <w:spacing w:after="0"/>
              <w:rPr>
                <w:sz w:val="22"/>
              </w:rPr>
            </w:pPr>
            <w:r w:rsidRPr="00EA22A2">
              <w:rPr>
                <w:b/>
                <w:sz w:val="22"/>
              </w:rPr>
              <w:t xml:space="preserve">Área </w:t>
            </w:r>
          </w:p>
        </w:tc>
        <w:tc>
          <w:tcPr>
            <w:tcW w:w="12624" w:type="dxa"/>
            <w:shd w:val="clear" w:color="auto" w:fill="F4F4F4"/>
            <w:tcMar>
              <w:top w:w="28" w:type="dxa"/>
              <w:left w:w="38" w:type="dxa"/>
              <w:bottom w:w="28" w:type="dxa"/>
              <w:right w:w="38" w:type="dxa"/>
            </w:tcMar>
          </w:tcPr>
          <w:p w14:paraId="2A3A7533" w14:textId="77777777" w:rsidR="0047555D" w:rsidRPr="00EA22A2" w:rsidRDefault="00A82017" w:rsidP="00EA22A2">
            <w:pPr>
              <w:spacing w:after="0"/>
              <w:rPr>
                <w:sz w:val="22"/>
              </w:rPr>
            </w:pPr>
            <w:proofErr w:type="gramStart"/>
            <w:r w:rsidRPr="00EA22A2">
              <w:rPr>
                <w:sz w:val="22"/>
              </w:rPr>
              <w:t>[ ]</w:t>
            </w:r>
            <w:proofErr w:type="gramEnd"/>
            <w:r w:rsidRPr="00EA22A2">
              <w:rPr>
                <w:sz w:val="22"/>
              </w:rPr>
              <w:t xml:space="preserve"> Ciencias de la Salud   [ ] Ciencias Sociales   [ ] Ciencias Naturales y Exactas   [ ] Ingeniería y Desarrollo Tecnológico   [ ] Humanidades</w:t>
            </w:r>
          </w:p>
        </w:tc>
      </w:tr>
      <w:tr w:rsidR="0047555D" w14:paraId="03355099" w14:textId="77777777" w:rsidTr="00EA22A2">
        <w:trPr>
          <w:jc w:val="center"/>
        </w:trPr>
        <w:tc>
          <w:tcPr>
            <w:tcW w:w="1848" w:type="dxa"/>
            <w:shd w:val="clear" w:color="auto" w:fill="D9EAF7"/>
            <w:tcMar>
              <w:top w:w="28" w:type="dxa"/>
              <w:left w:w="38" w:type="dxa"/>
              <w:bottom w:w="28" w:type="dxa"/>
              <w:right w:w="38" w:type="dxa"/>
            </w:tcMar>
          </w:tcPr>
          <w:p w14:paraId="16682EC2" w14:textId="77777777" w:rsidR="0047555D" w:rsidRPr="00EA22A2" w:rsidRDefault="00A82017" w:rsidP="00EA22A2">
            <w:pPr>
              <w:spacing w:after="0"/>
              <w:rPr>
                <w:sz w:val="22"/>
              </w:rPr>
            </w:pPr>
            <w:r w:rsidRPr="00EA22A2">
              <w:rPr>
                <w:b/>
                <w:sz w:val="22"/>
              </w:rPr>
              <w:t>Tipo de texto</w:t>
            </w:r>
          </w:p>
        </w:tc>
        <w:tc>
          <w:tcPr>
            <w:tcW w:w="12624" w:type="dxa"/>
            <w:shd w:val="clear" w:color="auto" w:fill="F4F4F4"/>
            <w:tcMar>
              <w:top w:w="28" w:type="dxa"/>
              <w:left w:w="38" w:type="dxa"/>
              <w:bottom w:w="28" w:type="dxa"/>
              <w:right w:w="38" w:type="dxa"/>
            </w:tcMar>
          </w:tcPr>
          <w:p w14:paraId="35D68EE9" w14:textId="77777777" w:rsidR="0047555D" w:rsidRPr="00EA22A2" w:rsidRDefault="00A82017" w:rsidP="00EA22A2">
            <w:pPr>
              <w:spacing w:after="0"/>
              <w:rPr>
                <w:sz w:val="22"/>
              </w:rPr>
            </w:pPr>
            <w:proofErr w:type="gramStart"/>
            <w:r w:rsidRPr="00EA22A2">
              <w:rPr>
                <w:sz w:val="22"/>
              </w:rPr>
              <w:t>[ ]</w:t>
            </w:r>
            <w:proofErr w:type="gramEnd"/>
            <w:r w:rsidRPr="00EA22A2">
              <w:rPr>
                <w:sz w:val="22"/>
              </w:rPr>
              <w:t xml:space="preserve"> Artículo de investigación   [ ] Artículo de revisión   [ ] Reporte de caso   [ ] Artículo de divulgación</w:t>
            </w:r>
          </w:p>
        </w:tc>
      </w:tr>
      <w:tr w:rsidR="0047555D" w14:paraId="45C39C43" w14:textId="77777777" w:rsidTr="00EA22A2">
        <w:trPr>
          <w:jc w:val="center"/>
        </w:trPr>
        <w:tc>
          <w:tcPr>
            <w:tcW w:w="1848" w:type="dxa"/>
            <w:shd w:val="clear" w:color="auto" w:fill="D9EAF7"/>
            <w:tcMar>
              <w:top w:w="28" w:type="dxa"/>
              <w:left w:w="38" w:type="dxa"/>
              <w:bottom w:w="28" w:type="dxa"/>
              <w:right w:w="38" w:type="dxa"/>
            </w:tcMar>
          </w:tcPr>
          <w:p w14:paraId="2F61A9CB" w14:textId="77777777" w:rsidR="0047555D" w:rsidRPr="00EA22A2" w:rsidRDefault="00A82017" w:rsidP="00EA22A2">
            <w:pPr>
              <w:spacing w:after="0"/>
              <w:rPr>
                <w:sz w:val="22"/>
              </w:rPr>
            </w:pPr>
            <w:r w:rsidRPr="00E54845">
              <w:rPr>
                <w:b/>
                <w:sz w:val="18"/>
                <w:szCs w:val="18"/>
              </w:rPr>
              <w:t xml:space="preserve">Estilo de citación y referencias </w:t>
            </w:r>
          </w:p>
        </w:tc>
        <w:tc>
          <w:tcPr>
            <w:tcW w:w="12624" w:type="dxa"/>
            <w:shd w:val="clear" w:color="auto" w:fill="F4F4F4"/>
            <w:tcMar>
              <w:top w:w="28" w:type="dxa"/>
              <w:left w:w="38" w:type="dxa"/>
              <w:bottom w:w="28" w:type="dxa"/>
              <w:right w:w="38" w:type="dxa"/>
            </w:tcMar>
          </w:tcPr>
          <w:p w14:paraId="50BB8AAB" w14:textId="77777777" w:rsidR="0047555D" w:rsidRPr="00EA22A2" w:rsidRDefault="00A82017" w:rsidP="00EA22A2">
            <w:pPr>
              <w:spacing w:after="0"/>
              <w:rPr>
                <w:sz w:val="22"/>
              </w:rPr>
            </w:pPr>
            <w:proofErr w:type="gramStart"/>
            <w:r w:rsidRPr="00EA22A2">
              <w:rPr>
                <w:sz w:val="22"/>
              </w:rPr>
              <w:t>[ ]</w:t>
            </w:r>
            <w:proofErr w:type="gramEnd"/>
            <w:r w:rsidRPr="00EA22A2">
              <w:rPr>
                <w:sz w:val="22"/>
              </w:rPr>
              <w:t xml:space="preserve"> APA 7   [ ] Chicago 18   [ ] MLA 9   [ ] Harvard    [ ] Vancouver   [ ] IEEE   </w:t>
            </w:r>
          </w:p>
        </w:tc>
      </w:tr>
    </w:tbl>
    <w:p w14:paraId="7C4E7D85" w14:textId="77777777" w:rsidR="00EA22A2" w:rsidRDefault="00EA22A2">
      <w:pPr>
        <w:spacing w:before="40" w:after="20"/>
        <w:rPr>
          <w:b/>
          <w:color w:val="0070C0"/>
          <w:sz w:val="19"/>
        </w:rPr>
      </w:pPr>
    </w:p>
    <w:p w14:paraId="6A324695" w14:textId="77777777" w:rsidR="0047555D" w:rsidRDefault="00A82017" w:rsidP="00E47D2F">
      <w:pPr>
        <w:spacing w:after="0"/>
      </w:pPr>
      <w:r>
        <w:rPr>
          <w:b/>
          <w:color w:val="0070C0"/>
          <w:sz w:val="19"/>
        </w:rPr>
        <w:t>Relación de autores y contribuciones de autoría</w:t>
      </w:r>
    </w:p>
    <w:tbl>
      <w:tblPr>
        <w:tblW w:w="14463" w:type="dxa"/>
        <w:jc w:val="center"/>
        <w:tblLayout w:type="fixed"/>
        <w:tblLook w:val="04A0" w:firstRow="1" w:lastRow="0" w:firstColumn="1" w:lastColumn="0" w:noHBand="0" w:noVBand="1"/>
      </w:tblPr>
      <w:tblGrid>
        <w:gridCol w:w="3069"/>
        <w:gridCol w:w="2621"/>
        <w:gridCol w:w="2232"/>
        <w:gridCol w:w="2448"/>
        <w:gridCol w:w="2105"/>
        <w:gridCol w:w="1988"/>
      </w:tblGrid>
      <w:tr w:rsidR="00EA22A2" w14:paraId="631DCE0D" w14:textId="77777777" w:rsidTr="00EA22A2">
        <w:trPr>
          <w:jc w:val="center"/>
        </w:trPr>
        <w:tc>
          <w:tcPr>
            <w:tcW w:w="3069" w:type="dxa"/>
            <w:shd w:val="clear" w:color="auto" w:fill="0070C0"/>
            <w:tcMar>
              <w:top w:w="22" w:type="dxa"/>
              <w:left w:w="38" w:type="dxa"/>
              <w:bottom w:w="22" w:type="dxa"/>
              <w:right w:w="38" w:type="dxa"/>
            </w:tcMar>
          </w:tcPr>
          <w:p w14:paraId="25CAB84B" w14:textId="77777777" w:rsidR="00EA22A2" w:rsidRDefault="00EA22A2">
            <w:pPr>
              <w:jc w:val="center"/>
            </w:pPr>
            <w:r>
              <w:rPr>
                <w:b/>
                <w:color w:val="FFFFFF"/>
                <w:sz w:val="14"/>
              </w:rPr>
              <w:t>Apellidos, nombres</w:t>
            </w:r>
          </w:p>
        </w:tc>
        <w:tc>
          <w:tcPr>
            <w:tcW w:w="2621" w:type="dxa"/>
            <w:shd w:val="clear" w:color="auto" w:fill="0070C0"/>
            <w:tcMar>
              <w:top w:w="22" w:type="dxa"/>
              <w:left w:w="38" w:type="dxa"/>
              <w:bottom w:w="22" w:type="dxa"/>
              <w:right w:w="38" w:type="dxa"/>
            </w:tcMar>
          </w:tcPr>
          <w:p w14:paraId="6D0CD9E1" w14:textId="77777777" w:rsidR="00EA22A2" w:rsidRDefault="00EA22A2">
            <w:pPr>
              <w:jc w:val="center"/>
            </w:pPr>
            <w:r>
              <w:rPr>
                <w:b/>
                <w:color w:val="FFFFFF"/>
                <w:sz w:val="14"/>
              </w:rPr>
              <w:t>Facultad / escuela / centro / departamento</w:t>
            </w:r>
          </w:p>
        </w:tc>
        <w:tc>
          <w:tcPr>
            <w:tcW w:w="2232" w:type="dxa"/>
            <w:shd w:val="clear" w:color="auto" w:fill="0070C0"/>
            <w:tcMar>
              <w:top w:w="22" w:type="dxa"/>
              <w:left w:w="38" w:type="dxa"/>
              <w:bottom w:w="22" w:type="dxa"/>
              <w:right w:w="38" w:type="dxa"/>
            </w:tcMar>
          </w:tcPr>
          <w:p w14:paraId="210F7544" w14:textId="77777777" w:rsidR="00EA22A2" w:rsidRDefault="00EA22A2">
            <w:pPr>
              <w:jc w:val="center"/>
            </w:pPr>
            <w:r>
              <w:rPr>
                <w:b/>
                <w:color w:val="FFFFFF"/>
                <w:sz w:val="14"/>
              </w:rPr>
              <w:t>Universidad o institución</w:t>
            </w:r>
          </w:p>
        </w:tc>
        <w:tc>
          <w:tcPr>
            <w:tcW w:w="2448" w:type="dxa"/>
            <w:shd w:val="clear" w:color="auto" w:fill="0070C0"/>
            <w:tcMar>
              <w:top w:w="22" w:type="dxa"/>
              <w:left w:w="38" w:type="dxa"/>
              <w:bottom w:w="22" w:type="dxa"/>
              <w:right w:w="38" w:type="dxa"/>
            </w:tcMar>
          </w:tcPr>
          <w:p w14:paraId="6912742A" w14:textId="77777777" w:rsidR="00EA22A2" w:rsidRDefault="00EA22A2">
            <w:pPr>
              <w:jc w:val="center"/>
            </w:pPr>
            <w:r>
              <w:rPr>
                <w:b/>
                <w:color w:val="FFFFFF"/>
                <w:sz w:val="14"/>
              </w:rPr>
              <w:t>Ciudad / estado o provincia / país</w:t>
            </w:r>
          </w:p>
        </w:tc>
        <w:tc>
          <w:tcPr>
            <w:tcW w:w="2105" w:type="dxa"/>
            <w:shd w:val="clear" w:color="auto" w:fill="0070C0"/>
            <w:tcMar>
              <w:top w:w="22" w:type="dxa"/>
              <w:left w:w="38" w:type="dxa"/>
              <w:bottom w:w="22" w:type="dxa"/>
              <w:right w:w="38" w:type="dxa"/>
            </w:tcMar>
          </w:tcPr>
          <w:p w14:paraId="03FF4D86" w14:textId="77777777" w:rsidR="00EA22A2" w:rsidRDefault="00EA22A2">
            <w:pPr>
              <w:jc w:val="center"/>
            </w:pPr>
            <w:r>
              <w:rPr>
                <w:b/>
                <w:color w:val="FFFFFF"/>
                <w:sz w:val="14"/>
              </w:rPr>
              <w:t>ORCID</w:t>
            </w:r>
          </w:p>
        </w:tc>
        <w:tc>
          <w:tcPr>
            <w:tcW w:w="1988" w:type="dxa"/>
            <w:shd w:val="clear" w:color="auto" w:fill="0070C0"/>
            <w:tcMar>
              <w:top w:w="22" w:type="dxa"/>
              <w:left w:w="38" w:type="dxa"/>
              <w:bottom w:w="22" w:type="dxa"/>
              <w:right w:w="38" w:type="dxa"/>
            </w:tcMar>
          </w:tcPr>
          <w:p w14:paraId="744DAE1F" w14:textId="77777777" w:rsidR="00EA22A2" w:rsidRDefault="00EA22A2">
            <w:pPr>
              <w:jc w:val="center"/>
            </w:pPr>
            <w:proofErr w:type="spellStart"/>
            <w:r>
              <w:rPr>
                <w:b/>
                <w:color w:val="FFFFFF"/>
                <w:sz w:val="14"/>
              </w:rPr>
              <w:t>CRediT</w:t>
            </w:r>
            <w:proofErr w:type="spellEnd"/>
          </w:p>
        </w:tc>
      </w:tr>
      <w:tr w:rsidR="00EA22A2" w14:paraId="00A6FDF0" w14:textId="77777777" w:rsidTr="00EA22A2">
        <w:trPr>
          <w:jc w:val="center"/>
        </w:trPr>
        <w:tc>
          <w:tcPr>
            <w:tcW w:w="3069" w:type="dxa"/>
            <w:shd w:val="clear" w:color="auto" w:fill="FFFFFF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0976AD0E" w14:textId="77777777" w:rsidR="00EA22A2" w:rsidRDefault="00EA22A2">
            <w:r>
              <w:rPr>
                <w:sz w:val="14"/>
              </w:rPr>
              <w:t>[Nombre]</w:t>
            </w:r>
          </w:p>
        </w:tc>
        <w:tc>
          <w:tcPr>
            <w:tcW w:w="2621" w:type="dxa"/>
            <w:shd w:val="clear" w:color="auto" w:fill="FFFFFF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28D9ADE1" w14:textId="77777777" w:rsidR="00EA22A2" w:rsidRDefault="00EA22A2">
            <w:r>
              <w:rPr>
                <w:sz w:val="14"/>
              </w:rPr>
              <w:t>[Dependencia]</w:t>
            </w:r>
          </w:p>
        </w:tc>
        <w:tc>
          <w:tcPr>
            <w:tcW w:w="2232" w:type="dxa"/>
            <w:shd w:val="clear" w:color="auto" w:fill="FFFFFF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41F068A1" w14:textId="77777777" w:rsidR="00EA22A2" w:rsidRDefault="00EA22A2">
            <w:r>
              <w:rPr>
                <w:sz w:val="14"/>
              </w:rPr>
              <w:t>[Institución]</w:t>
            </w:r>
          </w:p>
        </w:tc>
        <w:tc>
          <w:tcPr>
            <w:tcW w:w="2448" w:type="dxa"/>
            <w:shd w:val="clear" w:color="auto" w:fill="FFFFFF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3EEAC4CD" w14:textId="77777777" w:rsidR="00EA22A2" w:rsidRDefault="00EA22A2">
            <w:r>
              <w:rPr>
                <w:sz w:val="14"/>
              </w:rPr>
              <w:t>[Lugar]</w:t>
            </w:r>
          </w:p>
        </w:tc>
        <w:tc>
          <w:tcPr>
            <w:tcW w:w="2105" w:type="dxa"/>
            <w:shd w:val="clear" w:color="auto" w:fill="FFFFFF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4F8CBDEB" w14:textId="77777777" w:rsidR="00EA22A2" w:rsidRDefault="00EA22A2">
            <w:r>
              <w:rPr>
                <w:sz w:val="14"/>
              </w:rPr>
              <w:t>[ORCID]</w:t>
            </w:r>
          </w:p>
        </w:tc>
        <w:tc>
          <w:tcPr>
            <w:tcW w:w="1988" w:type="dxa"/>
            <w:shd w:val="clear" w:color="auto" w:fill="FFFFFF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655ECB38" w14:textId="77777777" w:rsidR="00EA22A2" w:rsidRDefault="00EA22A2">
            <w:r>
              <w:rPr>
                <w:sz w:val="14"/>
              </w:rPr>
              <w:t>[Roles]</w:t>
            </w:r>
          </w:p>
        </w:tc>
      </w:tr>
      <w:tr w:rsidR="00EA22A2" w14:paraId="34AC2F88" w14:textId="77777777" w:rsidTr="00EA22A2">
        <w:trPr>
          <w:jc w:val="center"/>
        </w:trPr>
        <w:tc>
          <w:tcPr>
            <w:tcW w:w="3069" w:type="dxa"/>
            <w:shd w:val="clear" w:color="auto" w:fill="F4F4F4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21688474" w14:textId="77777777" w:rsidR="00EA22A2" w:rsidRDefault="00EA22A2">
            <w:r>
              <w:rPr>
                <w:sz w:val="14"/>
              </w:rPr>
              <w:t>[Nombre]</w:t>
            </w:r>
          </w:p>
        </w:tc>
        <w:tc>
          <w:tcPr>
            <w:tcW w:w="2621" w:type="dxa"/>
            <w:shd w:val="clear" w:color="auto" w:fill="F4F4F4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41AE2CAF" w14:textId="77777777" w:rsidR="00EA22A2" w:rsidRDefault="00EA22A2">
            <w:r>
              <w:rPr>
                <w:sz w:val="14"/>
              </w:rPr>
              <w:t>[Dependencia]</w:t>
            </w:r>
          </w:p>
        </w:tc>
        <w:tc>
          <w:tcPr>
            <w:tcW w:w="2232" w:type="dxa"/>
            <w:shd w:val="clear" w:color="auto" w:fill="F4F4F4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51F5130C" w14:textId="77777777" w:rsidR="00EA22A2" w:rsidRDefault="00EA22A2">
            <w:r>
              <w:rPr>
                <w:sz w:val="14"/>
              </w:rPr>
              <w:t>[Institución]</w:t>
            </w:r>
          </w:p>
        </w:tc>
        <w:tc>
          <w:tcPr>
            <w:tcW w:w="2448" w:type="dxa"/>
            <w:shd w:val="clear" w:color="auto" w:fill="F4F4F4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41E890DF" w14:textId="77777777" w:rsidR="00EA22A2" w:rsidRDefault="00EA22A2">
            <w:r>
              <w:rPr>
                <w:sz w:val="14"/>
              </w:rPr>
              <w:t>[Lugar]</w:t>
            </w:r>
          </w:p>
        </w:tc>
        <w:tc>
          <w:tcPr>
            <w:tcW w:w="2105" w:type="dxa"/>
            <w:shd w:val="clear" w:color="auto" w:fill="F4F4F4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120A88DE" w14:textId="77777777" w:rsidR="00EA22A2" w:rsidRDefault="00EA22A2">
            <w:r>
              <w:rPr>
                <w:sz w:val="14"/>
              </w:rPr>
              <w:t>[ORCID]</w:t>
            </w:r>
          </w:p>
        </w:tc>
        <w:tc>
          <w:tcPr>
            <w:tcW w:w="1988" w:type="dxa"/>
            <w:shd w:val="clear" w:color="auto" w:fill="F4F4F4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3931558F" w14:textId="77777777" w:rsidR="00EA22A2" w:rsidRDefault="00EA22A2">
            <w:r>
              <w:rPr>
                <w:sz w:val="14"/>
              </w:rPr>
              <w:t>[Roles]</w:t>
            </w:r>
          </w:p>
        </w:tc>
      </w:tr>
      <w:tr w:rsidR="00EA22A2" w14:paraId="75C14775" w14:textId="77777777" w:rsidTr="00EA22A2">
        <w:trPr>
          <w:jc w:val="center"/>
        </w:trPr>
        <w:tc>
          <w:tcPr>
            <w:tcW w:w="3069" w:type="dxa"/>
            <w:shd w:val="clear" w:color="auto" w:fill="FFFFFF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4CA8536A" w14:textId="77777777" w:rsidR="00EA22A2" w:rsidRDefault="00EA22A2">
            <w:r>
              <w:rPr>
                <w:sz w:val="14"/>
              </w:rPr>
              <w:t>[Nombre]</w:t>
            </w:r>
          </w:p>
        </w:tc>
        <w:tc>
          <w:tcPr>
            <w:tcW w:w="2621" w:type="dxa"/>
            <w:shd w:val="clear" w:color="auto" w:fill="FFFFFF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7094EFA2" w14:textId="77777777" w:rsidR="00EA22A2" w:rsidRDefault="00EA22A2">
            <w:r>
              <w:rPr>
                <w:sz w:val="14"/>
              </w:rPr>
              <w:t>[Dependencia]</w:t>
            </w:r>
          </w:p>
        </w:tc>
        <w:tc>
          <w:tcPr>
            <w:tcW w:w="2232" w:type="dxa"/>
            <w:shd w:val="clear" w:color="auto" w:fill="FFFFFF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1CBA09CC" w14:textId="77777777" w:rsidR="00EA22A2" w:rsidRDefault="00EA22A2">
            <w:r>
              <w:rPr>
                <w:sz w:val="14"/>
              </w:rPr>
              <w:t>[Institución]</w:t>
            </w:r>
          </w:p>
        </w:tc>
        <w:tc>
          <w:tcPr>
            <w:tcW w:w="2448" w:type="dxa"/>
            <w:shd w:val="clear" w:color="auto" w:fill="FFFFFF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281698F9" w14:textId="77777777" w:rsidR="00EA22A2" w:rsidRDefault="00EA22A2">
            <w:r>
              <w:rPr>
                <w:sz w:val="14"/>
              </w:rPr>
              <w:t>[Lugar]</w:t>
            </w:r>
          </w:p>
        </w:tc>
        <w:tc>
          <w:tcPr>
            <w:tcW w:w="2105" w:type="dxa"/>
            <w:shd w:val="clear" w:color="auto" w:fill="FFFFFF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05F75556" w14:textId="77777777" w:rsidR="00EA22A2" w:rsidRDefault="00EA22A2">
            <w:r>
              <w:rPr>
                <w:sz w:val="14"/>
              </w:rPr>
              <w:t>[ORCID]</w:t>
            </w:r>
          </w:p>
        </w:tc>
        <w:tc>
          <w:tcPr>
            <w:tcW w:w="1988" w:type="dxa"/>
            <w:shd w:val="clear" w:color="auto" w:fill="FFFFFF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7C9185A7" w14:textId="77777777" w:rsidR="00EA22A2" w:rsidRDefault="00EA22A2">
            <w:r>
              <w:rPr>
                <w:sz w:val="14"/>
              </w:rPr>
              <w:t>[Roles]</w:t>
            </w:r>
          </w:p>
        </w:tc>
      </w:tr>
      <w:tr w:rsidR="00EA22A2" w14:paraId="65678872" w14:textId="77777777" w:rsidTr="00EA22A2">
        <w:trPr>
          <w:jc w:val="center"/>
        </w:trPr>
        <w:tc>
          <w:tcPr>
            <w:tcW w:w="3069" w:type="dxa"/>
            <w:shd w:val="clear" w:color="auto" w:fill="F4F4F4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12DF5402" w14:textId="77777777" w:rsidR="00EA22A2" w:rsidRDefault="00EA22A2">
            <w:r>
              <w:rPr>
                <w:sz w:val="14"/>
              </w:rPr>
              <w:t>[Nombre]</w:t>
            </w:r>
          </w:p>
        </w:tc>
        <w:tc>
          <w:tcPr>
            <w:tcW w:w="2621" w:type="dxa"/>
            <w:shd w:val="clear" w:color="auto" w:fill="F4F4F4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1CA697FC" w14:textId="77777777" w:rsidR="00EA22A2" w:rsidRDefault="00EA22A2">
            <w:r>
              <w:rPr>
                <w:sz w:val="14"/>
              </w:rPr>
              <w:t>[Dependencia]</w:t>
            </w:r>
          </w:p>
        </w:tc>
        <w:tc>
          <w:tcPr>
            <w:tcW w:w="2232" w:type="dxa"/>
            <w:shd w:val="clear" w:color="auto" w:fill="F4F4F4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3E216E6C" w14:textId="77777777" w:rsidR="00EA22A2" w:rsidRDefault="00EA22A2">
            <w:r>
              <w:rPr>
                <w:sz w:val="14"/>
              </w:rPr>
              <w:t>[Institución]</w:t>
            </w:r>
          </w:p>
        </w:tc>
        <w:tc>
          <w:tcPr>
            <w:tcW w:w="2448" w:type="dxa"/>
            <w:shd w:val="clear" w:color="auto" w:fill="F4F4F4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2395F0D7" w14:textId="77777777" w:rsidR="00EA22A2" w:rsidRDefault="00EA22A2">
            <w:r>
              <w:rPr>
                <w:sz w:val="14"/>
              </w:rPr>
              <w:t>[Lugar]</w:t>
            </w:r>
          </w:p>
        </w:tc>
        <w:tc>
          <w:tcPr>
            <w:tcW w:w="2105" w:type="dxa"/>
            <w:shd w:val="clear" w:color="auto" w:fill="F4F4F4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4A452625" w14:textId="77777777" w:rsidR="00EA22A2" w:rsidRDefault="00EA22A2">
            <w:r>
              <w:rPr>
                <w:sz w:val="14"/>
              </w:rPr>
              <w:t>[ORCID]</w:t>
            </w:r>
          </w:p>
        </w:tc>
        <w:tc>
          <w:tcPr>
            <w:tcW w:w="1988" w:type="dxa"/>
            <w:shd w:val="clear" w:color="auto" w:fill="F4F4F4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59D54291" w14:textId="77777777" w:rsidR="00EA22A2" w:rsidRDefault="00EA22A2">
            <w:r>
              <w:rPr>
                <w:sz w:val="14"/>
              </w:rPr>
              <w:t>[Roles]</w:t>
            </w:r>
          </w:p>
        </w:tc>
      </w:tr>
      <w:tr w:rsidR="00EA22A2" w14:paraId="49C5F368" w14:textId="77777777" w:rsidTr="00EA22A2">
        <w:trPr>
          <w:jc w:val="center"/>
        </w:trPr>
        <w:tc>
          <w:tcPr>
            <w:tcW w:w="3069" w:type="dxa"/>
            <w:shd w:val="clear" w:color="auto" w:fill="F4F4F4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4FEA5A1A" w14:textId="77777777" w:rsidR="00EA22A2" w:rsidRDefault="00EA22A2">
            <w:pPr>
              <w:rPr>
                <w:sz w:val="14"/>
              </w:rPr>
            </w:pPr>
          </w:p>
        </w:tc>
        <w:tc>
          <w:tcPr>
            <w:tcW w:w="2621" w:type="dxa"/>
            <w:shd w:val="clear" w:color="auto" w:fill="F4F4F4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6C8F655E" w14:textId="77777777" w:rsidR="00EA22A2" w:rsidRDefault="00EA22A2">
            <w:pPr>
              <w:rPr>
                <w:sz w:val="14"/>
              </w:rPr>
            </w:pPr>
          </w:p>
        </w:tc>
        <w:tc>
          <w:tcPr>
            <w:tcW w:w="2232" w:type="dxa"/>
            <w:shd w:val="clear" w:color="auto" w:fill="F4F4F4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5430C3C1" w14:textId="77777777" w:rsidR="00EA22A2" w:rsidRDefault="00EA22A2">
            <w:pPr>
              <w:rPr>
                <w:sz w:val="14"/>
              </w:rPr>
            </w:pPr>
          </w:p>
        </w:tc>
        <w:tc>
          <w:tcPr>
            <w:tcW w:w="2448" w:type="dxa"/>
            <w:shd w:val="clear" w:color="auto" w:fill="F4F4F4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6DD29FA6" w14:textId="77777777" w:rsidR="00EA22A2" w:rsidRDefault="00EA22A2">
            <w:pPr>
              <w:rPr>
                <w:sz w:val="14"/>
              </w:rPr>
            </w:pPr>
          </w:p>
        </w:tc>
        <w:tc>
          <w:tcPr>
            <w:tcW w:w="2105" w:type="dxa"/>
            <w:shd w:val="clear" w:color="auto" w:fill="F4F4F4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444389A8" w14:textId="77777777" w:rsidR="00EA22A2" w:rsidRDefault="00EA22A2">
            <w:pPr>
              <w:rPr>
                <w:sz w:val="14"/>
              </w:rPr>
            </w:pPr>
          </w:p>
        </w:tc>
        <w:tc>
          <w:tcPr>
            <w:tcW w:w="1988" w:type="dxa"/>
            <w:shd w:val="clear" w:color="auto" w:fill="F4F4F4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6E04D0AA" w14:textId="77777777" w:rsidR="00EA22A2" w:rsidRDefault="00EA22A2">
            <w:pPr>
              <w:rPr>
                <w:sz w:val="14"/>
              </w:rPr>
            </w:pPr>
          </w:p>
        </w:tc>
      </w:tr>
    </w:tbl>
    <w:p w14:paraId="4A17BB1E" w14:textId="77777777" w:rsidR="0047555D" w:rsidRDefault="00A82017">
      <w:pPr>
        <w:spacing w:before="20" w:after="20"/>
      </w:pPr>
      <w:r>
        <w:rPr>
          <w:i/>
          <w:sz w:val="14"/>
        </w:rPr>
        <w:t xml:space="preserve">Si hay más autores, agregue filas. Ejemplo de </w:t>
      </w:r>
      <w:proofErr w:type="spellStart"/>
      <w:r>
        <w:rPr>
          <w:i/>
          <w:sz w:val="14"/>
        </w:rPr>
        <w:t>CRediT</w:t>
      </w:r>
      <w:proofErr w:type="spellEnd"/>
      <w:r>
        <w:rPr>
          <w:i/>
          <w:sz w:val="14"/>
        </w:rPr>
        <w:t>: “María López: Conceptualización, Metodología, Investigación, Redacción del borrador original”; “Juan Pérez: Curación de datos, Análisis formal, Redacción, revisión y edición”.</w:t>
      </w:r>
    </w:p>
    <w:p w14:paraId="0B723BAD" w14:textId="77777777" w:rsidR="00EA22A2" w:rsidRDefault="00EA22A2">
      <w:pPr>
        <w:spacing w:before="20" w:after="20"/>
        <w:rPr>
          <w:b/>
          <w:color w:val="0070C0"/>
          <w:sz w:val="19"/>
        </w:rPr>
      </w:pPr>
    </w:p>
    <w:tbl>
      <w:tblPr>
        <w:tblW w:w="7617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4640"/>
        <w:gridCol w:w="2977"/>
      </w:tblGrid>
      <w:tr w:rsidR="00EA22A2" w14:paraId="413CD9A5" w14:textId="77777777" w:rsidTr="00E54845">
        <w:tc>
          <w:tcPr>
            <w:tcW w:w="4640" w:type="dxa"/>
            <w:shd w:val="clear" w:color="auto" w:fill="0070C0"/>
            <w:tcMar>
              <w:top w:w="22" w:type="dxa"/>
              <w:left w:w="38" w:type="dxa"/>
              <w:bottom w:w="22" w:type="dxa"/>
              <w:right w:w="38" w:type="dxa"/>
            </w:tcMar>
          </w:tcPr>
          <w:p w14:paraId="38682427" w14:textId="77777777" w:rsidR="00EA22A2" w:rsidRDefault="00EA22A2" w:rsidP="00721003">
            <w:pPr>
              <w:jc w:val="center"/>
            </w:pPr>
            <w:r>
              <w:rPr>
                <w:b/>
                <w:color w:val="FFFFFF"/>
                <w:sz w:val="14"/>
              </w:rPr>
              <w:t>Autor para correspondencia</w:t>
            </w:r>
          </w:p>
        </w:tc>
        <w:tc>
          <w:tcPr>
            <w:tcW w:w="2977" w:type="dxa"/>
            <w:shd w:val="clear" w:color="auto" w:fill="0070C0"/>
            <w:tcMar>
              <w:top w:w="22" w:type="dxa"/>
              <w:left w:w="38" w:type="dxa"/>
              <w:bottom w:w="22" w:type="dxa"/>
              <w:right w:w="38" w:type="dxa"/>
            </w:tcMar>
          </w:tcPr>
          <w:p w14:paraId="0E3FD0E0" w14:textId="77777777" w:rsidR="00EA22A2" w:rsidRDefault="00EA22A2" w:rsidP="00EA22A2">
            <w:r>
              <w:rPr>
                <w:b/>
                <w:color w:val="FFFFFF"/>
                <w:sz w:val="14"/>
              </w:rPr>
              <w:t>Correo electrónico</w:t>
            </w:r>
          </w:p>
        </w:tc>
      </w:tr>
      <w:tr w:rsidR="00EA22A2" w14:paraId="1D69C0D6" w14:textId="77777777" w:rsidTr="00E54845">
        <w:tc>
          <w:tcPr>
            <w:tcW w:w="4640" w:type="dxa"/>
            <w:shd w:val="clear" w:color="auto" w:fill="FFFFFF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56767897" w14:textId="77777777" w:rsidR="00EA22A2" w:rsidRDefault="00EA22A2" w:rsidP="00721003">
            <w:r>
              <w:rPr>
                <w:sz w:val="14"/>
              </w:rPr>
              <w:t>[Nombre]</w:t>
            </w:r>
          </w:p>
        </w:tc>
        <w:tc>
          <w:tcPr>
            <w:tcW w:w="2977" w:type="dxa"/>
            <w:shd w:val="clear" w:color="auto" w:fill="FFFFFF"/>
            <w:tcMar>
              <w:top w:w="22" w:type="dxa"/>
              <w:left w:w="38" w:type="dxa"/>
              <w:bottom w:w="22" w:type="dxa"/>
              <w:right w:w="38" w:type="dxa"/>
            </w:tcMar>
            <w:vAlign w:val="center"/>
          </w:tcPr>
          <w:p w14:paraId="19FD170B" w14:textId="77777777" w:rsidR="00EA22A2" w:rsidRDefault="00EA22A2" w:rsidP="00721003">
            <w:r>
              <w:rPr>
                <w:sz w:val="14"/>
              </w:rPr>
              <w:t>[Dirección de correo]</w:t>
            </w:r>
          </w:p>
        </w:tc>
      </w:tr>
    </w:tbl>
    <w:p w14:paraId="7D17A249" w14:textId="77777777" w:rsidR="00EA22A2" w:rsidRDefault="00EA22A2">
      <w:pPr>
        <w:spacing w:before="20" w:after="20"/>
        <w:rPr>
          <w:b/>
          <w:color w:val="0070C0"/>
          <w:sz w:val="19"/>
        </w:rPr>
      </w:pPr>
    </w:p>
    <w:p w14:paraId="0EB9D4D7" w14:textId="77777777" w:rsidR="0047555D" w:rsidRDefault="00A82017">
      <w:pPr>
        <w:spacing w:before="20" w:after="20"/>
      </w:pPr>
      <w:r>
        <w:rPr>
          <w:b/>
          <w:color w:val="0070C0"/>
          <w:sz w:val="19"/>
        </w:rPr>
        <w:t>Declaraciones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12024"/>
      </w:tblGrid>
      <w:tr w:rsidR="00107666" w14:paraId="2274D85F" w14:textId="77777777">
        <w:trPr>
          <w:jc w:val="center"/>
        </w:trPr>
        <w:tc>
          <w:tcPr>
            <w:tcW w:w="2448" w:type="dxa"/>
            <w:shd w:val="clear" w:color="auto" w:fill="D9EAF7"/>
            <w:tcMar>
              <w:top w:w="20" w:type="dxa"/>
              <w:left w:w="38" w:type="dxa"/>
              <w:bottom w:w="20" w:type="dxa"/>
              <w:right w:w="38" w:type="dxa"/>
            </w:tcMar>
          </w:tcPr>
          <w:p w14:paraId="0A26FB93" w14:textId="363317DA" w:rsidR="00107666" w:rsidRDefault="00107666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Agradecimientos (opci</w:t>
            </w:r>
            <w:r w:rsidR="00E54845">
              <w:rPr>
                <w:b/>
                <w:sz w:val="16"/>
              </w:rPr>
              <w:t>o</w:t>
            </w:r>
            <w:r>
              <w:rPr>
                <w:b/>
                <w:sz w:val="16"/>
              </w:rPr>
              <w:t>nal)</w:t>
            </w:r>
          </w:p>
        </w:tc>
        <w:tc>
          <w:tcPr>
            <w:tcW w:w="12024" w:type="dxa"/>
            <w:shd w:val="clear" w:color="auto" w:fill="F4F4F4"/>
            <w:tcMar>
              <w:top w:w="20" w:type="dxa"/>
              <w:left w:w="38" w:type="dxa"/>
              <w:bottom w:w="20" w:type="dxa"/>
              <w:right w:w="38" w:type="dxa"/>
            </w:tcMar>
          </w:tcPr>
          <w:p w14:paraId="148DE41D" w14:textId="3E5838B0" w:rsidR="00E54845" w:rsidRDefault="00107666">
            <w:pPr>
              <w:rPr>
                <w:sz w:val="15"/>
              </w:rPr>
            </w:pPr>
            <w:r>
              <w:rPr>
                <w:sz w:val="15"/>
              </w:rPr>
              <w:t>I</w:t>
            </w:r>
            <w:r w:rsidRPr="00107666">
              <w:rPr>
                <w:sz w:val="15"/>
              </w:rPr>
              <w:t>ndique las personas, instituciones o apoyos que deban ser reconocidos. Los agradecimientos no deberán incluirse en el manuscrito anonimizado; en caso de aceptación, serán incorporados a la versión final del artículo.</w:t>
            </w:r>
          </w:p>
        </w:tc>
      </w:tr>
      <w:tr w:rsidR="0047555D" w14:paraId="4788FF0D" w14:textId="77777777">
        <w:trPr>
          <w:jc w:val="center"/>
        </w:trPr>
        <w:tc>
          <w:tcPr>
            <w:tcW w:w="2448" w:type="dxa"/>
            <w:shd w:val="clear" w:color="auto" w:fill="D9EAF7"/>
            <w:tcMar>
              <w:top w:w="20" w:type="dxa"/>
              <w:left w:w="38" w:type="dxa"/>
              <w:bottom w:w="20" w:type="dxa"/>
              <w:right w:w="38" w:type="dxa"/>
            </w:tcMar>
          </w:tcPr>
          <w:p w14:paraId="779D71F3" w14:textId="77777777" w:rsidR="0047555D" w:rsidRDefault="00A82017">
            <w:r>
              <w:rPr>
                <w:b/>
                <w:sz w:val="16"/>
              </w:rPr>
              <w:t>Conflictos de interés</w:t>
            </w:r>
          </w:p>
        </w:tc>
        <w:tc>
          <w:tcPr>
            <w:tcW w:w="12024" w:type="dxa"/>
            <w:shd w:val="clear" w:color="auto" w:fill="F4F4F4"/>
            <w:tcMar>
              <w:top w:w="20" w:type="dxa"/>
              <w:left w:w="38" w:type="dxa"/>
              <w:bottom w:w="20" w:type="dxa"/>
              <w:right w:w="38" w:type="dxa"/>
            </w:tcMar>
          </w:tcPr>
          <w:p w14:paraId="6E297561" w14:textId="6586D189" w:rsidR="00E54845" w:rsidRPr="00E54845" w:rsidRDefault="00A82017">
            <w:pPr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Los autores declaran no tener conflictos de interés relacionados con este trabajo.</w:t>
            </w:r>
            <w:r>
              <w:rPr>
                <w:sz w:val="15"/>
              </w:rPr>
              <w:br/>
              <w:t>[ ] Existen conflictos de interés. Describir: _________________________________</w:t>
            </w:r>
            <w:r w:rsidR="00E54845">
              <w:rPr>
                <w:sz w:val="15"/>
              </w:rPr>
              <w:t>_____________________________________________________________________________</w:t>
            </w:r>
            <w:r>
              <w:rPr>
                <w:sz w:val="15"/>
              </w:rPr>
              <w:t>_____________</w:t>
            </w:r>
          </w:p>
        </w:tc>
      </w:tr>
      <w:tr w:rsidR="0047555D" w14:paraId="2C1C8307" w14:textId="77777777">
        <w:trPr>
          <w:jc w:val="center"/>
        </w:trPr>
        <w:tc>
          <w:tcPr>
            <w:tcW w:w="2448" w:type="dxa"/>
            <w:shd w:val="clear" w:color="auto" w:fill="D9EAF7"/>
            <w:tcMar>
              <w:top w:w="20" w:type="dxa"/>
              <w:left w:w="38" w:type="dxa"/>
              <w:bottom w:w="20" w:type="dxa"/>
              <w:right w:w="38" w:type="dxa"/>
            </w:tcMar>
          </w:tcPr>
          <w:p w14:paraId="6DAD7674" w14:textId="77777777" w:rsidR="0047555D" w:rsidRDefault="00A82017">
            <w:r>
              <w:rPr>
                <w:b/>
                <w:sz w:val="16"/>
              </w:rPr>
              <w:t>Financiamiento</w:t>
            </w:r>
          </w:p>
        </w:tc>
        <w:tc>
          <w:tcPr>
            <w:tcW w:w="12024" w:type="dxa"/>
            <w:shd w:val="clear" w:color="auto" w:fill="F4F4F4"/>
            <w:tcMar>
              <w:top w:w="20" w:type="dxa"/>
              <w:left w:w="38" w:type="dxa"/>
              <w:bottom w:w="20" w:type="dxa"/>
              <w:right w:w="38" w:type="dxa"/>
            </w:tcMar>
          </w:tcPr>
          <w:p w14:paraId="32A62D16" w14:textId="156952A2" w:rsidR="0047555D" w:rsidRDefault="00A82017"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No existió financiamiento específico.</w:t>
            </w:r>
            <w:r>
              <w:rPr>
                <w:sz w:val="15"/>
              </w:rPr>
              <w:br/>
              <w:t>[ ] Sí existió. Fuente(s): ______________</w:t>
            </w:r>
            <w:r w:rsidR="00E54845">
              <w:rPr>
                <w:sz w:val="15"/>
              </w:rPr>
              <w:t>______________________________________________</w:t>
            </w:r>
            <w:r>
              <w:rPr>
                <w:sz w:val="15"/>
              </w:rPr>
              <w:t>_____________   Papel de la entidad financiadora: ___________________________</w:t>
            </w:r>
          </w:p>
        </w:tc>
      </w:tr>
      <w:tr w:rsidR="0047555D" w14:paraId="3412A91E" w14:textId="77777777">
        <w:trPr>
          <w:jc w:val="center"/>
        </w:trPr>
        <w:tc>
          <w:tcPr>
            <w:tcW w:w="2448" w:type="dxa"/>
            <w:shd w:val="clear" w:color="auto" w:fill="D9EAF7"/>
            <w:tcMar>
              <w:top w:w="20" w:type="dxa"/>
              <w:left w:w="38" w:type="dxa"/>
              <w:bottom w:w="20" w:type="dxa"/>
              <w:right w:w="38" w:type="dxa"/>
            </w:tcMar>
          </w:tcPr>
          <w:p w14:paraId="5CDB7BCF" w14:textId="77777777" w:rsidR="0047555D" w:rsidRDefault="00A82017">
            <w:r>
              <w:rPr>
                <w:b/>
                <w:sz w:val="16"/>
              </w:rPr>
              <w:t>Uso de inteligencia artificial</w:t>
            </w:r>
          </w:p>
        </w:tc>
        <w:tc>
          <w:tcPr>
            <w:tcW w:w="12024" w:type="dxa"/>
            <w:shd w:val="clear" w:color="auto" w:fill="F4F4F4"/>
            <w:tcMar>
              <w:top w:w="20" w:type="dxa"/>
              <w:left w:w="38" w:type="dxa"/>
              <w:bottom w:w="20" w:type="dxa"/>
              <w:right w:w="38" w:type="dxa"/>
            </w:tcMar>
          </w:tcPr>
          <w:p w14:paraId="6B298CFD" w14:textId="77777777" w:rsidR="0047555D" w:rsidRDefault="00A82017"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No hubo usos que requieran declaración.</w:t>
            </w:r>
            <w:r>
              <w:rPr>
                <w:sz w:val="15"/>
              </w:rPr>
              <w:br/>
              <w:t>[ ] Sí. Herramienta: ______________   Finalidad: ______________   Alcance de su intervención: __________________________</w:t>
            </w:r>
          </w:p>
        </w:tc>
      </w:tr>
    </w:tbl>
    <w:p w14:paraId="4AEEAA41" w14:textId="77777777" w:rsidR="0047555D" w:rsidRDefault="00A82017">
      <w:pPr>
        <w:spacing w:before="20"/>
      </w:pPr>
      <w:r>
        <w:rPr>
          <w:i/>
          <w:sz w:val="14"/>
        </w:rPr>
        <w:t xml:space="preserve">Nota: la declaración de financiamiento es independiente del rol </w:t>
      </w:r>
      <w:proofErr w:type="spellStart"/>
      <w:r>
        <w:rPr>
          <w:i/>
          <w:sz w:val="14"/>
        </w:rPr>
        <w:t>CRediT</w:t>
      </w:r>
      <w:proofErr w:type="spellEnd"/>
      <w:r>
        <w:rPr>
          <w:i/>
          <w:sz w:val="14"/>
        </w:rPr>
        <w:t xml:space="preserve"> “Adquisición de financiamiento”, que identifica la contribución realizada por una persona autora.</w:t>
      </w:r>
    </w:p>
    <w:sectPr w:rsidR="0047555D" w:rsidSect="00EA22A2">
      <w:head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0A1C5" w14:textId="77777777" w:rsidR="00E068EC" w:rsidRDefault="00E068EC">
      <w:pPr>
        <w:spacing w:after="0" w:line="240" w:lineRule="auto"/>
      </w:pPr>
      <w:r>
        <w:separator/>
      </w:r>
    </w:p>
  </w:endnote>
  <w:endnote w:type="continuationSeparator" w:id="0">
    <w:p w14:paraId="4D5B5CA7" w14:textId="77777777" w:rsidR="00E068EC" w:rsidRDefault="00E06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9A086" w14:textId="77777777" w:rsidR="00E068EC" w:rsidRDefault="00E068EC">
      <w:pPr>
        <w:spacing w:after="0" w:line="240" w:lineRule="auto"/>
      </w:pPr>
      <w:r>
        <w:separator/>
      </w:r>
    </w:p>
  </w:footnote>
  <w:footnote w:type="continuationSeparator" w:id="0">
    <w:p w14:paraId="1A46DF6A" w14:textId="77777777" w:rsidR="00E068EC" w:rsidRDefault="00E068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B90A7" w14:textId="77777777" w:rsidR="0047555D" w:rsidRDefault="00A82017">
    <w:pPr>
      <w:pStyle w:val="Encabezado"/>
      <w:jc w:val="right"/>
    </w:pPr>
    <w:r>
      <w:rPr>
        <w:noProof/>
      </w:rPr>
      <w:drawing>
        <wp:inline distT="0" distB="0" distL="0" distR="0" wp14:anchorId="2C563448" wp14:editId="02206B74">
          <wp:extent cx="837095" cy="201729"/>
          <wp:effectExtent l="0" t="0" r="127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65735" cy="2086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45"/>
    <w:rsid w:val="000029E4"/>
    <w:rsid w:val="00034616"/>
    <w:rsid w:val="000565A1"/>
    <w:rsid w:val="0006063C"/>
    <w:rsid w:val="00107666"/>
    <w:rsid w:val="0015074B"/>
    <w:rsid w:val="001B641F"/>
    <w:rsid w:val="0029639D"/>
    <w:rsid w:val="00326F90"/>
    <w:rsid w:val="003925AA"/>
    <w:rsid w:val="003A1E7E"/>
    <w:rsid w:val="0047555D"/>
    <w:rsid w:val="00A82017"/>
    <w:rsid w:val="00AA1D8D"/>
    <w:rsid w:val="00B445BC"/>
    <w:rsid w:val="00B47730"/>
    <w:rsid w:val="00CB0664"/>
    <w:rsid w:val="00D320F9"/>
    <w:rsid w:val="00D57417"/>
    <w:rsid w:val="00E068EC"/>
    <w:rsid w:val="00E47D2F"/>
    <w:rsid w:val="00E54845"/>
    <w:rsid w:val="00EA22A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93BFEB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17"/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HOJA DE IDENTIFICACIÓN.dotx</Template>
  <TotalTime>6</TotalTime>
  <Pages>1</Pages>
  <Words>385</Words>
  <Characters>2121</Characters>
  <Application>Microsoft Office Word</Application>
  <DocSecurity>0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UAdeC</dc:creator>
  <cp:keywords/>
  <dc:description>generated by python-docx</dc:description>
  <cp:lastModifiedBy>divulgaciondip</cp:lastModifiedBy>
  <cp:revision>1</cp:revision>
  <dcterms:created xsi:type="dcterms:W3CDTF">2026-09-07T14:47:00Z</dcterms:created>
  <dcterms:modified xsi:type="dcterms:W3CDTF">2026-09-07T14:53:00Z</dcterms:modified>
  <cp:category/>
</cp:coreProperties>
</file>